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075C" w:rsidRDefault="00503743">
      <w:pPr>
        <w:spacing w:after="40"/>
        <w:jc w:val="center"/>
      </w:pPr>
      <w:r>
        <w:rPr>
          <w:b/>
          <w:color w:val="003366"/>
          <w:sz w:val="36"/>
        </w:rPr>
        <w:t>M</w:t>
      </w:r>
      <w:bookmarkStart w:id="0" w:name="_GoBack"/>
      <w:bookmarkEnd w:id="0"/>
      <w:r>
        <w:rPr>
          <w:b/>
          <w:color w:val="003366"/>
          <w:sz w:val="36"/>
        </w:rPr>
        <w:t>ODELLO GENERALE UNITÀ DI APPRENDIMENTO (UDA)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1. DATI GENERALI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</w:tblBorders>
        <w:tblLook w:val="04A0" w:firstRow="1" w:lastRow="0" w:firstColumn="1" w:lastColumn="0" w:noHBand="0" w:noVBand="1"/>
      </w:tblPr>
      <w:tblGrid>
        <w:gridCol w:w="3168"/>
        <w:gridCol w:w="6624"/>
      </w:tblGrid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Istituto: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Anno scolastico:</w:t>
            </w:r>
          </w:p>
        </w:tc>
        <w:tc>
          <w:tcPr>
            <w:tcW w:w="662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Indirizzo di studio: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Classe:</w:t>
            </w:r>
          </w:p>
        </w:tc>
        <w:tc>
          <w:tcPr>
            <w:tcW w:w="662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Disciplina/e: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Docente/i:</w:t>
            </w:r>
          </w:p>
        </w:tc>
        <w:tc>
          <w:tcPr>
            <w:tcW w:w="662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Titolo dell’UDA: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Periodo di svolgimento:</w:t>
            </w:r>
          </w:p>
        </w:tc>
        <w:tc>
          <w:tcPr>
            <w:tcW w:w="662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__________________________________________________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Durata prevista (ore):</w:t>
            </w:r>
          </w:p>
        </w:tc>
        <w:tc>
          <w:tcPr>
            <w:tcW w:w="66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________________ ore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0F4F8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rPr>
                <w:b/>
                <w:color w:val="003366"/>
              </w:rPr>
              <w:t>Tipologia:</w:t>
            </w:r>
          </w:p>
        </w:tc>
        <w:tc>
          <w:tcPr>
            <w:tcW w:w="6624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40" w:after="40"/>
            </w:pPr>
            <w:r>
              <w:t>☐</w:t>
            </w:r>
            <w:r>
              <w:t xml:space="preserve"> Interdisciplinare    ☐ Disciplinare</w:t>
            </w:r>
          </w:p>
        </w:tc>
      </w:tr>
    </w:tbl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2. CONTESTO E DESTINATARI</w:t>
      </w:r>
    </w:p>
    <w:p w:rsidR="0039075C" w:rsidRDefault="00503743">
      <w:pPr>
        <w:spacing w:after="160"/>
      </w:pPr>
      <w:r>
        <w:t xml:space="preserve">[Descrivere brevemente la composizione della classe, i livelli di partenza rilevati, i bisogni formativi, le eventuali criticità ed la presenza di studenti con BES/DSA/disabilità </w:t>
      </w:r>
      <w:r>
        <w:t>con relativi PDP/PEI].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3. COMPETENZE</w:t>
      </w:r>
    </w:p>
    <w:p w:rsidR="0039075C" w:rsidRDefault="00503743">
      <w:pPr>
        <w:keepNext/>
        <w:spacing w:before="200" w:after="80"/>
      </w:pPr>
      <w:r>
        <w:rPr>
          <w:b/>
          <w:color w:val="4682B4"/>
          <w:sz w:val="24"/>
        </w:rPr>
        <w:t>Competenze disciplinari</w:t>
      </w:r>
    </w:p>
    <w:p w:rsidR="0039075C" w:rsidRDefault="00503743">
      <w:pPr>
        <w:pStyle w:val="Puntoelenco"/>
        <w:spacing w:after="60"/>
      </w:pPr>
      <w:r>
        <w:t>[Inserire le competenze specifiche delle discipline coinvolte legate al profilo di indirizzo/PECUP]</w:t>
      </w:r>
    </w:p>
    <w:p w:rsidR="0039075C" w:rsidRDefault="00503743">
      <w:pPr>
        <w:pStyle w:val="Puntoelenco"/>
        <w:spacing w:after="60"/>
      </w:pPr>
      <w:r>
        <w:t>[Inserire ulteriore competenza disciplinare/interdisciplinare]</w:t>
      </w:r>
    </w:p>
    <w:p w:rsidR="0039075C" w:rsidRDefault="00503743">
      <w:pPr>
        <w:keepNext/>
        <w:spacing w:before="200" w:after="80"/>
      </w:pPr>
      <w:r>
        <w:rPr>
          <w:b/>
          <w:color w:val="4682B4"/>
          <w:sz w:val="24"/>
        </w:rPr>
        <w:t>Competenze chiave europee (Selez</w:t>
      </w:r>
      <w:r>
        <w:rPr>
          <w:b/>
          <w:color w:val="4682B4"/>
          <w:sz w:val="24"/>
        </w:rPr>
        <w:t>ionare quelle pertinenti)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alfabetica funzionale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multilinguistica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matematica e competenze in scienze, tecnologia e ingegneria</w:t>
      </w:r>
    </w:p>
    <w:p w:rsidR="0039075C" w:rsidRDefault="00503743">
      <w:pPr>
        <w:pStyle w:val="Puntoelenco"/>
        <w:spacing w:after="60"/>
      </w:pPr>
      <w:r>
        <w:rPr>
          <w:b/>
        </w:rPr>
        <w:lastRenderedPageBreak/>
        <w:t>☐</w:t>
      </w:r>
      <w:r>
        <w:rPr>
          <w:b/>
        </w:rPr>
        <w:t xml:space="preserve"> </w:t>
      </w:r>
      <w:r>
        <w:t>Competenza digitale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personale, sociale e capacità di imparare a imparare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in materia di cittadinanza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imprenditoriale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Competenza in materia di consapevolezza ed espressione culturali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4. PREREQUISITI</w:t>
      </w:r>
    </w:p>
    <w:p w:rsidR="0039075C" w:rsidRDefault="00503743">
      <w:pPr>
        <w:pStyle w:val="Puntoelenco"/>
        <w:spacing w:after="60"/>
      </w:pPr>
      <w:r>
        <w:t>[Elencare le conoscenze, abilità e competenze di base che gli studenti devono già possedere]</w:t>
      </w:r>
    </w:p>
    <w:p w:rsidR="0039075C" w:rsidRDefault="00503743">
      <w:pPr>
        <w:pStyle w:val="Puntoelenco"/>
        <w:spacing w:after="60"/>
      </w:pPr>
      <w:r>
        <w:t>[Inserire ult</w:t>
      </w:r>
      <w:r>
        <w:t>eriore prerequisito richiesto]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5. OBIETTIVI DI APPRENDIMENTO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</w:tblBorders>
        <w:tblLook w:val="04A0" w:firstRow="1" w:lastRow="0" w:firstColumn="1" w:lastColumn="0" w:noHBand="0" w:noVBand="1"/>
      </w:tblPr>
      <w:tblGrid>
        <w:gridCol w:w="3312"/>
        <w:gridCol w:w="3312"/>
        <w:gridCol w:w="3312"/>
      </w:tblGrid>
      <w:tr w:rsidR="0039075C">
        <w:trPr>
          <w:jc w:val="center"/>
        </w:trPr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Conoscenze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Abilità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Competenze da sviluppare</w:t>
            </w:r>
          </w:p>
        </w:tc>
      </w:tr>
      <w:tr w:rsidR="0039075C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[Conoscenza 1]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[Abilità 1]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[Competenza 1]</w:t>
            </w:r>
          </w:p>
        </w:tc>
      </w:tr>
      <w:tr w:rsidR="0039075C">
        <w:trPr>
          <w:jc w:val="center"/>
        </w:trPr>
        <w:tc>
          <w:tcPr>
            <w:tcW w:w="3168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[Conoscenza 2]</w:t>
            </w:r>
          </w:p>
        </w:tc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[Abilità 2]</w:t>
            </w:r>
          </w:p>
        </w:tc>
        <w:tc>
          <w:tcPr>
            <w:tcW w:w="331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[Competenza 2]</w:t>
            </w:r>
          </w:p>
        </w:tc>
      </w:tr>
      <w:tr w:rsidR="0039075C">
        <w:trPr>
          <w:jc w:val="center"/>
        </w:trPr>
        <w:tc>
          <w:tcPr>
            <w:tcW w:w="3168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[Conoscenza 3]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[Abilità 3]</w:t>
            </w:r>
          </w:p>
        </w:tc>
        <w:tc>
          <w:tcPr>
            <w:tcW w:w="331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[Competenza 3]</w:t>
            </w:r>
          </w:p>
        </w:tc>
      </w:tr>
    </w:tbl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6. CONTENUTI</w:t>
      </w:r>
    </w:p>
    <w:p w:rsidR="0039075C" w:rsidRDefault="00503743">
      <w:pPr>
        <w:pStyle w:val="Puntoelenco"/>
        <w:spacing w:after="60"/>
      </w:pPr>
      <w:r>
        <w:t xml:space="preserve">[Nucleo </w:t>
      </w:r>
      <w:r>
        <w:t>tematico / Argomento 1]</w:t>
      </w:r>
    </w:p>
    <w:p w:rsidR="0039075C" w:rsidRDefault="00503743">
      <w:pPr>
        <w:pStyle w:val="Puntoelenco"/>
        <w:spacing w:after="60"/>
      </w:pPr>
      <w:r>
        <w:t>[Nucleo tematico / Argomento 2]</w:t>
      </w:r>
    </w:p>
    <w:p w:rsidR="0039075C" w:rsidRDefault="00503743">
      <w:pPr>
        <w:pStyle w:val="Puntoelenco"/>
        <w:spacing w:after="60"/>
      </w:pPr>
      <w:r>
        <w:t>[Nucleo tematico / Argomento 3]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7. ATTIVITÀ E FASI DI LAVORO</w:t>
      </w:r>
    </w:p>
    <w:tbl>
      <w:tblPr>
        <w:tblW w:w="0" w:type="auto"/>
        <w:jc w:val="center"/>
        <w:tblBorders>
          <w:top w:val="single" w:sz="4" w:space="0" w:color="D0D7DE"/>
          <w:left w:val="single" w:sz="4" w:space="0" w:color="D0D7DE"/>
          <w:bottom w:val="single" w:sz="4" w:space="0" w:color="D0D7DE"/>
          <w:right w:val="single" w:sz="4" w:space="0" w:color="D0D7DE"/>
          <w:insideH w:val="single" w:sz="4" w:space="0" w:color="D0D7DE"/>
        </w:tblBorders>
        <w:tblLook w:val="04A0" w:firstRow="1" w:lastRow="0" w:firstColumn="1" w:lastColumn="0" w:noHBand="0" w:noVBand="1"/>
      </w:tblPr>
      <w:tblGrid>
        <w:gridCol w:w="2722"/>
        <w:gridCol w:w="4846"/>
        <w:gridCol w:w="2568"/>
      </w:tblGrid>
      <w:tr w:rsidR="0039075C">
        <w:trPr>
          <w:jc w:val="center"/>
        </w:trPr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Fase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Attività previste</w:t>
            </w:r>
          </w:p>
        </w:tc>
        <w:tc>
          <w:tcPr>
            <w:tcW w:w="3312" w:type="dxa"/>
            <w:shd w:val="clear" w:color="auto" w:fill="003366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9075C" w:rsidRDefault="00503743">
            <w:pPr>
              <w:spacing w:before="80" w:after="80"/>
            </w:pPr>
            <w:r>
              <w:rPr>
                <w:b/>
                <w:color w:val="FFFFFF"/>
              </w:rPr>
              <w:t>Durata</w:t>
            </w:r>
          </w:p>
        </w:tc>
      </w:tr>
      <w:tr w:rsidR="0039075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rPr>
                <w:b/>
                <w:color w:val="003366"/>
              </w:rPr>
              <w:t>1. Introduzione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[Presentazione dell’UDA, motivazione degli studenti e rilevazione dei prerequisiti]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 xml:space="preserve">_____ </w:t>
            </w:r>
            <w:r>
              <w:t>ore</w:t>
            </w:r>
          </w:p>
        </w:tc>
      </w:tr>
      <w:tr w:rsidR="0039075C">
        <w:trPr>
          <w:jc w:val="center"/>
        </w:trPr>
        <w:tc>
          <w:tcPr>
            <w:tcW w:w="216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rPr>
                <w:b/>
                <w:color w:val="003366"/>
              </w:rPr>
              <w:t>2. Sviluppo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[Lezioni, esercitazioni, approfondimenti e attività guidate]</w:t>
            </w: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_____ ore</w:t>
            </w:r>
          </w:p>
        </w:tc>
      </w:tr>
      <w:tr w:rsidR="0039075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rPr>
                <w:b/>
                <w:color w:val="003366"/>
              </w:rPr>
              <w:lastRenderedPageBreak/>
              <w:t>3. Applicazione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[Attività pratiche, laboratoriali, di ricerca o lavoro cooperativo]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_____ ore</w:t>
            </w:r>
          </w:p>
        </w:tc>
      </w:tr>
      <w:tr w:rsidR="0039075C">
        <w:trPr>
          <w:jc w:val="center"/>
        </w:trPr>
        <w:tc>
          <w:tcPr>
            <w:tcW w:w="216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rPr>
                <w:b/>
                <w:color w:val="003366"/>
              </w:rPr>
              <w:t>4. Produzione</w:t>
            </w:r>
          </w:p>
        </w:tc>
        <w:tc>
          <w:tcPr>
            <w:tcW w:w="6192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 xml:space="preserve">[Realizzazione del compito autentico / prodotto finale </w:t>
            </w:r>
            <w:r>
              <w:t>individuale o di gruppo]</w:t>
            </w:r>
          </w:p>
        </w:tc>
        <w:tc>
          <w:tcPr>
            <w:tcW w:w="1440" w:type="dxa"/>
            <w:shd w:val="clear" w:color="auto" w:fill="F9FBFD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_____ ore</w:t>
            </w:r>
          </w:p>
        </w:tc>
      </w:tr>
      <w:tr w:rsidR="0039075C">
        <w:trPr>
          <w:jc w:val="center"/>
        </w:trPr>
        <w:tc>
          <w:tcPr>
            <w:tcW w:w="216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rPr>
                <w:b/>
                <w:color w:val="003366"/>
              </w:rPr>
              <w:t>5. Verifica</w:t>
            </w:r>
          </w:p>
        </w:tc>
        <w:tc>
          <w:tcPr>
            <w:tcW w:w="619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[Verifica degli apprendimenti, presentazione del prodotto e valutazione]</w:t>
            </w:r>
          </w:p>
        </w:tc>
        <w:tc>
          <w:tcPr>
            <w:tcW w:w="1440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39075C" w:rsidRDefault="00503743">
            <w:pPr>
              <w:spacing w:before="60" w:after="60"/>
            </w:pPr>
            <w:r>
              <w:t>_____ ore</w:t>
            </w:r>
          </w:p>
        </w:tc>
      </w:tr>
    </w:tbl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8. METODOLOGIE DIDATTICHE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Lezione frontale e dialogata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Didattica laboratoriale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Cooperative learning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Peer tutoring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Problem solving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Flipped classroom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Didattica per progetti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Ricerca guidata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Altra metodologia: ________________________________________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9. STRUMENTI E RISORSE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Libro di testo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Materiali didattici e dispense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LIM e dispositivi digitali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 xml:space="preserve">Software e </w:t>
      </w:r>
      <w:r>
        <w:t>applicazioni specifiche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Laboratorio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Risorse online e sitografia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Altri strumenti: __________________________________________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10. INCLUSIONE E PERSONALIZZAZIONE</w:t>
      </w:r>
    </w:p>
    <w:p w:rsidR="0039075C" w:rsidRDefault="00503743">
      <w:pPr>
        <w:spacing w:after="80"/>
      </w:pPr>
      <w:r>
        <w:t xml:space="preserve">Strategie, strumenti compensativi, misure dispensative e adattamenti delle attività </w:t>
      </w:r>
      <w:r>
        <w:t>(secondo PDP e PEI, ove presenti):</w:t>
      </w:r>
    </w:p>
    <w:p w:rsidR="0039075C" w:rsidRDefault="00503743">
      <w:pPr>
        <w:pStyle w:val="Puntoelenco"/>
        <w:spacing w:after="60"/>
      </w:pPr>
      <w:r>
        <w:rPr>
          <w:b/>
        </w:rPr>
        <w:t xml:space="preserve">Strumenti compensativi: </w:t>
      </w:r>
      <w:r>
        <w:t>[Indicare mappe, schemi, software dedicati, sintesi vocale, tempi aggiuntivi, ecc.]</w:t>
      </w:r>
    </w:p>
    <w:p w:rsidR="0039075C" w:rsidRDefault="00503743">
      <w:pPr>
        <w:pStyle w:val="Puntoelenco"/>
        <w:spacing w:after="60"/>
      </w:pPr>
      <w:r>
        <w:rPr>
          <w:b/>
        </w:rPr>
        <w:t xml:space="preserve">Misure dispensative: </w:t>
      </w:r>
      <w:r>
        <w:t>[Indicare dispense da particolari prestazioni non essenziali, riduzioni quantitative, ecc.]</w:t>
      </w:r>
    </w:p>
    <w:p w:rsidR="0039075C" w:rsidRDefault="00503743">
      <w:pPr>
        <w:pStyle w:val="Puntoelenco"/>
        <w:spacing w:after="60"/>
      </w:pPr>
      <w:r>
        <w:rPr>
          <w:b/>
        </w:rPr>
        <w:lastRenderedPageBreak/>
        <w:t xml:space="preserve">Adattamenti: </w:t>
      </w:r>
      <w:r>
        <w:t>[Indicare modalità di lavoro personalizzate, affiancamento, semplificazione dei testi, ecc.]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11. COMPITO DI REALTÀ / PRODOTTO FINALE</w:t>
      </w:r>
    </w:p>
    <w:p w:rsidR="0039075C" w:rsidRDefault="00503743">
      <w:pPr>
        <w:spacing w:after="80"/>
      </w:pPr>
      <w:r>
        <w:t>[Descrizione dettagliata del compito autentico o del prodotto finale che gli studenti dovranno realizzare]</w:t>
      </w:r>
    </w:p>
    <w:p w:rsidR="0039075C" w:rsidRDefault="00503743">
      <w:pPr>
        <w:pStyle w:val="Puntoelenco"/>
        <w:spacing w:after="60"/>
      </w:pPr>
      <w:r>
        <w:rPr>
          <w:b/>
        </w:rPr>
        <w:t>Mod</w:t>
      </w:r>
      <w:r>
        <w:rPr>
          <w:b/>
        </w:rPr>
        <w:t xml:space="preserve">alità di realizzazione: </w:t>
      </w:r>
      <w:r>
        <w:t>__________________________________________________________________________</w:t>
      </w:r>
    </w:p>
    <w:p w:rsidR="0039075C" w:rsidRDefault="00503743">
      <w:pPr>
        <w:pStyle w:val="Puntoelenco"/>
        <w:spacing w:after="60"/>
      </w:pPr>
      <w:r>
        <w:rPr>
          <w:b/>
        </w:rPr>
        <w:t xml:space="preserve">Modalità di presentazione: </w:t>
      </w:r>
      <w:r>
        <w:t>__________________________________________________________________________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12. VERIFICA E VALUTAZIONE</w:t>
      </w:r>
    </w:p>
    <w:p w:rsidR="0039075C" w:rsidRDefault="00503743">
      <w:pPr>
        <w:keepNext/>
        <w:spacing w:before="200" w:after="80"/>
      </w:pPr>
      <w:r>
        <w:rPr>
          <w:b/>
          <w:color w:val="4682B4"/>
          <w:sz w:val="24"/>
        </w:rPr>
        <w:t>Verifiche formative</w:t>
      </w:r>
    </w:p>
    <w:p w:rsidR="0039075C" w:rsidRDefault="00503743">
      <w:pPr>
        <w:pStyle w:val="Puntoelenco"/>
        <w:spacing w:after="60"/>
      </w:pPr>
      <w:r>
        <w:t>Osservaz</w:t>
      </w:r>
      <w:r>
        <w:t>ioni sistematiche sul processo di apprendimento e partecipazione.</w:t>
      </w:r>
    </w:p>
    <w:p w:rsidR="0039075C" w:rsidRDefault="00503743">
      <w:pPr>
        <w:pStyle w:val="Puntoelenco"/>
        <w:spacing w:after="60"/>
      </w:pPr>
      <w:r>
        <w:t>Domande guidate, discussioni e feedback in itinere.</w:t>
      </w:r>
    </w:p>
    <w:p w:rsidR="0039075C" w:rsidRDefault="00503743">
      <w:pPr>
        <w:pStyle w:val="Puntoelenco"/>
        <w:spacing w:after="60"/>
      </w:pPr>
      <w:r>
        <w:t>Controllo ed esercitazioni pratiche di monitoraggio.</w:t>
      </w:r>
    </w:p>
    <w:p w:rsidR="0039075C" w:rsidRDefault="00503743">
      <w:pPr>
        <w:keepNext/>
        <w:spacing w:before="200" w:after="80"/>
      </w:pPr>
      <w:r>
        <w:rPr>
          <w:b/>
          <w:color w:val="4682B4"/>
          <w:sz w:val="24"/>
        </w:rPr>
        <w:t>Verifiche sommative (Selezionare le tipologie previste)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Prova scritta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Prova orale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Prova pratica o laboratoriale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Prodotto digitale o elaborato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Relazione individuale o di gruppo</w:t>
      </w:r>
    </w:p>
    <w:p w:rsidR="0039075C" w:rsidRDefault="00503743">
      <w:pPr>
        <w:pStyle w:val="Puntoelenco"/>
        <w:spacing w:after="60"/>
      </w:pPr>
      <w:r>
        <w:rPr>
          <w:b/>
        </w:rPr>
        <w:t>☐</w:t>
      </w:r>
      <w:r>
        <w:rPr>
          <w:b/>
        </w:rPr>
        <w:t xml:space="preserve"> </w:t>
      </w:r>
      <w:r>
        <w:t>Altra tipologia: _________________________________________</w:t>
      </w:r>
    </w:p>
    <w:p w:rsidR="0039075C" w:rsidRDefault="00503743">
      <w:pPr>
        <w:keepNext/>
        <w:spacing w:before="200" w:after="80"/>
      </w:pPr>
      <w:r>
        <w:rPr>
          <w:b/>
          <w:color w:val="4682B4"/>
          <w:sz w:val="24"/>
        </w:rPr>
        <w:t>Criteri di valutazione</w:t>
      </w:r>
    </w:p>
    <w:p w:rsidR="0039075C" w:rsidRDefault="00503743">
      <w:pPr>
        <w:pStyle w:val="Puntoelenco"/>
        <w:spacing w:after="60"/>
      </w:pPr>
      <w:r>
        <w:t>Conoscenza e comprensione dei contenuti.</w:t>
      </w:r>
    </w:p>
    <w:p w:rsidR="0039075C" w:rsidRDefault="00503743">
      <w:pPr>
        <w:pStyle w:val="Puntoelenco"/>
        <w:spacing w:after="60"/>
      </w:pPr>
      <w:r>
        <w:t xml:space="preserve">Correttezza nell'applicazione </w:t>
      </w:r>
      <w:r>
        <w:t>delle procedure e dei metodi.</w:t>
      </w:r>
    </w:p>
    <w:p w:rsidR="0039075C" w:rsidRDefault="00503743">
      <w:pPr>
        <w:pStyle w:val="Puntoelenco"/>
        <w:spacing w:after="60"/>
      </w:pPr>
      <w:r>
        <w:t>Uso del linguaggio specifico della disciplina.</w:t>
      </w:r>
    </w:p>
    <w:p w:rsidR="0039075C" w:rsidRDefault="00503743">
      <w:pPr>
        <w:pStyle w:val="Puntoelenco"/>
        <w:spacing w:after="60"/>
      </w:pPr>
      <w:r>
        <w:t>Capacità di analisi, sintesi e soluzione dei problemi.</w:t>
      </w:r>
    </w:p>
    <w:p w:rsidR="0039075C" w:rsidRDefault="00503743">
      <w:pPr>
        <w:pStyle w:val="Puntoelenco"/>
        <w:spacing w:after="60"/>
      </w:pPr>
      <w:r>
        <w:t>Autonomia operativa e gestione del lavoro.</w:t>
      </w:r>
    </w:p>
    <w:p w:rsidR="0039075C" w:rsidRDefault="00503743">
      <w:pPr>
        <w:pStyle w:val="Puntoelenco"/>
        <w:spacing w:after="60"/>
      </w:pPr>
      <w:r>
        <w:t>Partecipazione, collaborazione e rispetto dei tempi.</w:t>
      </w:r>
    </w:p>
    <w:p w:rsidR="0039075C" w:rsidRDefault="00503743">
      <w:pPr>
        <w:spacing w:before="80" w:after="160"/>
      </w:pPr>
      <w:r>
        <w:rPr>
          <w:b/>
        </w:rPr>
        <w:t xml:space="preserve">Rubrica di valutazione </w:t>
      </w:r>
      <w:r>
        <w:rPr>
          <w:b/>
        </w:rPr>
        <w:t>allegata: ☐ Sì  ☐ No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lastRenderedPageBreak/>
        <w:t>13. RISULTATI ATTESI</w:t>
      </w:r>
    </w:p>
    <w:p w:rsidR="0039075C" w:rsidRDefault="00503743">
      <w:pPr>
        <w:pStyle w:val="Puntoelenco"/>
        <w:spacing w:after="60"/>
      </w:pPr>
      <w:r>
        <w:t>[Descrivere i risultati di apprendimento e le padronanze che gli studenti dovranno dimostrare al termine dell’UDA]</w:t>
      </w:r>
    </w:p>
    <w:p w:rsidR="0039075C" w:rsidRDefault="00503743">
      <w:pPr>
        <w:keepNext/>
        <w:spacing w:before="280" w:after="120"/>
      </w:pPr>
      <w:r>
        <w:rPr>
          <w:b/>
          <w:color w:val="003366"/>
          <w:sz w:val="28"/>
        </w:rPr>
        <w:t>14. DOCUMENTAZIONE E RIFLESSIONE FINALE</w:t>
      </w:r>
    </w:p>
    <w:p w:rsidR="0039075C" w:rsidRDefault="00503743">
      <w:pPr>
        <w:spacing w:after="320"/>
      </w:pPr>
      <w:r>
        <w:t xml:space="preserve">[Descrivere le modalità di documentazione del percorso, le </w:t>
      </w:r>
      <w:r>
        <w:t>schede di autovalutazione degli studenti ed eventuali azioni di recupero, consolidamento o potenziamento].</w:t>
      </w:r>
    </w:p>
    <w:p w:rsidR="0039075C" w:rsidRDefault="00503743">
      <w:pPr>
        <w:keepNext/>
        <w:spacing w:before="400"/>
      </w:pPr>
      <w:r>
        <w:t>Data: ______________________                                Firma del/i docente/i: ______________________________________</w:t>
      </w:r>
    </w:p>
    <w:sectPr w:rsidR="0039075C" w:rsidSect="00034616">
      <w:headerReference w:type="default" r:id="rId8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3743" w:rsidRDefault="00503743" w:rsidP="00F16A5E">
      <w:pPr>
        <w:spacing w:after="0" w:line="240" w:lineRule="auto"/>
      </w:pPr>
      <w:r>
        <w:separator/>
      </w:r>
    </w:p>
  </w:endnote>
  <w:endnote w:type="continuationSeparator" w:id="0">
    <w:p w:rsidR="00503743" w:rsidRDefault="00503743" w:rsidP="00F16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3743" w:rsidRDefault="00503743" w:rsidP="00F16A5E">
      <w:pPr>
        <w:spacing w:after="0" w:line="240" w:lineRule="auto"/>
      </w:pPr>
      <w:r>
        <w:separator/>
      </w:r>
    </w:p>
  </w:footnote>
  <w:footnote w:type="continuationSeparator" w:id="0">
    <w:p w:rsidR="00503743" w:rsidRDefault="00503743" w:rsidP="00F16A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16A5E" w:rsidRDefault="00F16A5E" w:rsidP="00F16A5E">
    <w:pPr>
      <w:pStyle w:val="Intestazione"/>
    </w:pPr>
    <w:r>
      <w:rPr>
        <w:bCs/>
        <w:i/>
        <w:noProof/>
        <w:lang w:eastAsia="it-IT"/>
      </w:rPr>
      <w:drawing>
        <wp:anchor distT="0" distB="0" distL="114300" distR="114300" simplePos="0" relativeHeight="251661312" behindDoc="0" locked="0" layoutInCell="1" allowOverlap="1" wp14:anchorId="202E79A3" wp14:editId="31FD14A5">
          <wp:simplePos x="0" y="0"/>
          <wp:positionH relativeFrom="column">
            <wp:posOffset>5078730</wp:posOffset>
          </wp:positionH>
          <wp:positionV relativeFrom="paragraph">
            <wp:posOffset>-69850</wp:posOffset>
          </wp:positionV>
          <wp:extent cx="1111885" cy="960120"/>
          <wp:effectExtent l="0" t="0" r="5715" b="5080"/>
          <wp:wrapNone/>
          <wp:docPr id="14" name="Immagine 1" descr="Immagine che contiene Carattere, testo, Elementi grafici, calligrafi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2618580" name="Immagine 1" descr="Immagine che contiene Carattere, testo, Elementi grafici, calligrafia&#10;&#10;Descrizione generata automaticament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885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550DBAC8" wp14:editId="0AC37761">
          <wp:simplePos x="0" y="0"/>
          <wp:positionH relativeFrom="column">
            <wp:posOffset>2676525</wp:posOffset>
          </wp:positionH>
          <wp:positionV relativeFrom="paragraph">
            <wp:posOffset>-14605</wp:posOffset>
          </wp:positionV>
          <wp:extent cx="812042" cy="791220"/>
          <wp:effectExtent l="0" t="0" r="1270" b="0"/>
          <wp:wrapSquare wrapText="bothSides"/>
          <wp:docPr id="15" name="Immagine 15" descr="ANd9GcSW4yOQxWrhLHYnxN7MAGo2cpQjxoCc3_AQEbb603d58m3ETbmnh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ANd9GcSW4yOQxWrhLHYnxN7MAGo2cpQjxoCc3_AQEbb603d58m3ETbmnh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042" cy="7912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7CEF">
      <w:rPr>
        <w:rFonts w:ascii="Times New Roman" w:eastAsia="Times New Roman" w:hAnsi="Times New Roman" w:cs="Times New Roman"/>
        <w:noProof/>
        <w:sz w:val="24"/>
        <w:szCs w:val="24"/>
        <w:lang w:eastAsia="it-IT"/>
      </w:rPr>
      <w:drawing>
        <wp:anchor distT="0" distB="0" distL="114300" distR="114300" simplePos="0" relativeHeight="251660288" behindDoc="0" locked="0" layoutInCell="1" allowOverlap="1" wp14:anchorId="07C78D39" wp14:editId="0D81740A">
          <wp:simplePos x="0" y="0"/>
          <wp:positionH relativeFrom="column">
            <wp:posOffset>-118745</wp:posOffset>
          </wp:positionH>
          <wp:positionV relativeFrom="paragraph">
            <wp:posOffset>72390</wp:posOffset>
          </wp:positionV>
          <wp:extent cx="900430" cy="600075"/>
          <wp:effectExtent l="0" t="0" r="1270" b="0"/>
          <wp:wrapSquare wrapText="bothSides"/>
          <wp:docPr id="16" name="Immagine 1" descr="Immagine che contiene bandiera, stella, simbolo, blu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Immagine che contiene bandiera, stella, simbolo, blu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0430" cy="600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16A5E" w:rsidRDefault="00F16A5E" w:rsidP="00F16A5E">
    <w:pPr>
      <w:pStyle w:val="Intestazione"/>
    </w:pPr>
  </w:p>
  <w:p w:rsidR="00F16A5E" w:rsidRDefault="00F16A5E" w:rsidP="00F16A5E">
    <w:pPr>
      <w:pStyle w:val="Intestazione"/>
    </w:pPr>
  </w:p>
  <w:p w:rsidR="00F16A5E" w:rsidRDefault="00F16A5E" w:rsidP="00F16A5E">
    <w:pPr>
      <w:pStyle w:val="Intestazione"/>
    </w:pPr>
  </w:p>
  <w:p w:rsidR="00F16A5E" w:rsidRDefault="00F16A5E" w:rsidP="00F16A5E">
    <w:pPr>
      <w:pStyle w:val="Intestazione"/>
    </w:pPr>
  </w:p>
  <w:p w:rsidR="00F16A5E" w:rsidRDefault="00F16A5E" w:rsidP="00F16A5E">
    <w:pPr>
      <w:pStyle w:val="Pidipagina"/>
      <w:jc w:val="center"/>
      <w:rPr>
        <w:b/>
        <w:bCs/>
        <w:sz w:val="20"/>
        <w:szCs w:val="20"/>
      </w:rPr>
    </w:pPr>
    <w:r w:rsidRPr="00FF4E5F">
      <w:rPr>
        <w:b/>
        <w:bCs/>
        <w:sz w:val="20"/>
        <w:szCs w:val="20"/>
      </w:rPr>
      <w:t>MINISTERO DELL’ISTRUZIONE E DEL MERITO</w:t>
    </w:r>
  </w:p>
  <w:p w:rsidR="00F16A5E" w:rsidRPr="00FF4E5F" w:rsidRDefault="00F16A5E" w:rsidP="00F16A5E">
    <w:pPr>
      <w:pStyle w:val="Pidipagina"/>
      <w:jc w:val="center"/>
      <w:rPr>
        <w:b/>
        <w:bCs/>
        <w:sz w:val="20"/>
        <w:szCs w:val="20"/>
      </w:rPr>
    </w:pPr>
    <w:r w:rsidRPr="00FF4E5F">
      <w:rPr>
        <w:b/>
        <w:bCs/>
        <w:sz w:val="20"/>
        <w:szCs w:val="20"/>
      </w:rPr>
      <w:t xml:space="preserve"> </w:t>
    </w:r>
    <w:proofErr w:type="spellStart"/>
    <w:r w:rsidRPr="00FF4E5F">
      <w:rPr>
        <w:b/>
        <w:bCs/>
        <w:sz w:val="20"/>
        <w:szCs w:val="20"/>
      </w:rPr>
      <w:t>Ufficio</w:t>
    </w:r>
    <w:proofErr w:type="spellEnd"/>
    <w:r w:rsidRPr="00FF4E5F">
      <w:rPr>
        <w:b/>
        <w:bCs/>
        <w:sz w:val="20"/>
        <w:szCs w:val="20"/>
      </w:rPr>
      <w:t xml:space="preserve"> </w:t>
    </w:r>
    <w:proofErr w:type="spellStart"/>
    <w:r w:rsidRPr="00FF4E5F">
      <w:rPr>
        <w:b/>
        <w:bCs/>
        <w:sz w:val="20"/>
        <w:szCs w:val="20"/>
      </w:rPr>
      <w:t>Scolastico</w:t>
    </w:r>
    <w:proofErr w:type="spellEnd"/>
    <w:r w:rsidRPr="00FF4E5F">
      <w:rPr>
        <w:b/>
        <w:bCs/>
        <w:sz w:val="20"/>
        <w:szCs w:val="20"/>
      </w:rPr>
      <w:t xml:space="preserve"> </w:t>
    </w:r>
    <w:proofErr w:type="spellStart"/>
    <w:r w:rsidRPr="00FF4E5F">
      <w:rPr>
        <w:b/>
        <w:bCs/>
        <w:sz w:val="20"/>
        <w:szCs w:val="20"/>
      </w:rPr>
      <w:t>Regionale</w:t>
    </w:r>
    <w:proofErr w:type="spellEnd"/>
    <w:r w:rsidRPr="00FF4E5F">
      <w:rPr>
        <w:b/>
        <w:bCs/>
        <w:sz w:val="20"/>
        <w:szCs w:val="20"/>
      </w:rPr>
      <w:t xml:space="preserve"> per la Puglia</w:t>
    </w:r>
    <w:r>
      <w:rPr>
        <w:b/>
        <w:bCs/>
        <w:sz w:val="20"/>
        <w:szCs w:val="20"/>
      </w:rPr>
      <w:t xml:space="preserve"> - </w:t>
    </w:r>
    <w:proofErr w:type="spellStart"/>
    <w:r w:rsidRPr="00FF4E5F">
      <w:rPr>
        <w:b/>
        <w:bCs/>
        <w:sz w:val="20"/>
        <w:szCs w:val="20"/>
      </w:rPr>
      <w:t>Ufficio</w:t>
    </w:r>
    <w:proofErr w:type="spellEnd"/>
    <w:r w:rsidRPr="00FF4E5F">
      <w:rPr>
        <w:b/>
        <w:bCs/>
        <w:sz w:val="20"/>
        <w:szCs w:val="20"/>
      </w:rPr>
      <w:t xml:space="preserve"> V – </w:t>
    </w:r>
    <w:proofErr w:type="spellStart"/>
    <w:r w:rsidRPr="00FF4E5F">
      <w:rPr>
        <w:b/>
        <w:bCs/>
        <w:sz w:val="20"/>
        <w:szCs w:val="20"/>
      </w:rPr>
      <w:t>Ambito</w:t>
    </w:r>
    <w:proofErr w:type="spellEnd"/>
    <w:r w:rsidRPr="00FF4E5F">
      <w:rPr>
        <w:b/>
        <w:bCs/>
        <w:sz w:val="20"/>
        <w:szCs w:val="20"/>
      </w:rPr>
      <w:t xml:space="preserve"> </w:t>
    </w:r>
    <w:proofErr w:type="spellStart"/>
    <w:r w:rsidRPr="00FF4E5F">
      <w:rPr>
        <w:b/>
        <w:bCs/>
        <w:sz w:val="20"/>
        <w:szCs w:val="20"/>
      </w:rPr>
      <w:t>Territoriale</w:t>
    </w:r>
    <w:proofErr w:type="spellEnd"/>
    <w:r w:rsidRPr="00FF4E5F">
      <w:rPr>
        <w:b/>
        <w:bCs/>
        <w:sz w:val="20"/>
        <w:szCs w:val="20"/>
      </w:rPr>
      <w:t xml:space="preserve"> Foggia</w:t>
    </w:r>
  </w:p>
  <w:p w:rsidR="00F16A5E" w:rsidRPr="004A3B8C" w:rsidRDefault="00F16A5E" w:rsidP="00F16A5E">
    <w:pPr>
      <w:pStyle w:val="Pidipagina"/>
      <w:jc w:val="center"/>
      <w:rPr>
        <w:b/>
        <w:sz w:val="24"/>
        <w:szCs w:val="24"/>
      </w:rPr>
    </w:pPr>
    <w:r w:rsidRPr="007337DC">
      <w:rPr>
        <w:b/>
        <w:sz w:val="24"/>
        <w:szCs w:val="24"/>
      </w:rPr>
      <w:t>ISTITUTO OMNICOMPRENSIVO</w:t>
    </w:r>
    <w:r>
      <w:rPr>
        <w:b/>
        <w:sz w:val="24"/>
        <w:szCs w:val="24"/>
      </w:rPr>
      <w:t xml:space="preserve"> </w:t>
    </w:r>
    <w:r w:rsidRPr="00735C90">
      <w:rPr>
        <w:rFonts w:cs="Cambria"/>
        <w:b/>
      </w:rPr>
      <w:t>“PADRE GIULIO CASTELLI”</w:t>
    </w:r>
  </w:p>
  <w:p w:rsidR="00F16A5E" w:rsidRPr="00F16A5E" w:rsidRDefault="00F16A5E" w:rsidP="00F16A5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9075C"/>
    <w:rsid w:val="00503743"/>
    <w:rsid w:val="00AA1D8D"/>
    <w:rsid w:val="00B47730"/>
    <w:rsid w:val="00CB0664"/>
    <w:rsid w:val="00F16A5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61E3840-D48B-48F5-ACB4-9BC487283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C693F"/>
    <w:rPr>
      <w:rFonts w:ascii="Calibri" w:hAnsi="Calibri"/>
      <w:color w:val="333333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BE3DA51-B1E1-4D3A-A264-83BCB0B7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777</Words>
  <Characters>4430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ASUS</cp:lastModifiedBy>
  <cp:revision>2</cp:revision>
  <dcterms:created xsi:type="dcterms:W3CDTF">2013-12-23T23:15:00Z</dcterms:created>
  <dcterms:modified xsi:type="dcterms:W3CDTF">2026-10-22T07:42:00Z</dcterms:modified>
  <cp:category/>
</cp:coreProperties>
</file>